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4213D"/>
          <w:sz w:val="32"/>
        </w:rPr>
        <w:t>COPY — CRICIÚMA</w:t>
      </w:r>
    </w:p>
    <w:p>
      <w:r>
        <w:rPr>
          <w:i/>
          <w:sz w:val="22"/>
        </w:rPr>
        <w:t>Imersão Mente Milionária · Angélica Jacinto  —  20/09/2026 (domingo) · 15h · Criciúma/SC</w:t>
      </w:r>
    </w:p>
    <w:p>
      <w:r>
        <w:t>Você já reparou que, sempre que o dinheiro começa a sobrar, aparece um imprevisto que leva tudo? Isso tem nome: padrão de escassez — e ele se repete até você reprogramar a causa.</w:t>
      </w:r>
    </w:p>
    <w:p/>
    <w:p>
      <w:r>
        <w:t>Agora imagina fechar o mês tranquila, com dinheiro sobrando e a sensação de que prosperidade virou o seu estado natural — sem culpa, sem aperto no peito toda vez que abre o aplicativo do banco.</w:t>
      </w:r>
    </w:p>
    <w:p/>
    <w:p>
      <w:r>
        <w:t>"Mas eu já fiz curso, já li livro, já tentei de tudo..." — informação não muda padrão inconsciente. Na Imersão eu te levo até a raiz do bloqueio, ao vivo, com o Método TES.</w:t>
      </w:r>
    </w:p>
    <w:p/>
    <w:p>
      <w:r>
        <w:t>É no domingo, 20 de setembro, às 15h, em Criciúma — uma tarde presencial e GRATUITA para mudar a sua relação com o dinheiro. As vagas são limitadas e a entrada é por ordem de inscrição: garanta a sua em https://criciuma.institutoangelica.com.br</w:t>
      </w:r>
    </w:p>
    <w:p/>
    <w:p>
      <w:r>
        <w:t>🔗 https://criciuma.institutoangelica.com.br</w:t>
      </w:r>
    </w:p>
    <w:p>
      <w:r>
        <w:t>🗓️ 20/09 (domingo) | ⏰ 15h · Credenciamento 14h</w:t>
      </w:r>
    </w:p>
    <w:p>
      <w:r>
        <w:t>📍 Criciúma/SC — o local exato é enviado no grupo de confirmados</w:t>
      </w:r>
    </w:p>
    <w:p>
      <w:r>
        <w:t>💛 Evento beneficente: quem desejar participar da ação social, leve 1kg de alimento não perecível. A doação é opcional e nunca condição de entrada.</w:t>
      </w:r>
    </w:p>
    <w:p/>
    <w:p>
      <w:r>
        <w:t>🎟️ INGRESSO VIP — 1º R$97 · a partir do 2º R$67 cada:</w:t>
      </w:r>
    </w:p>
    <w:p>
      <w:r>
        <w:t>✨ Assento nas primeiras filas</w:t>
      </w:r>
    </w:p>
    <w:p>
      <w:r>
        <w:t>📖 Livro autografado</w:t>
      </w:r>
    </w:p>
    <w:p>
      <w:r>
        <w:t>🎓 Curso online "Vida Inabalável"</w:t>
      </w:r>
    </w:p>
    <w:p>
      <w:r>
        <w:t>📸 Foto com a Angélica</w:t>
      </w:r>
    </w:p>
    <w:p>
      <w:r>
        <w:t>🚪 Entrada sem filas</w:t>
      </w:r>
    </w:p>
    <w:p>
      <w:r>
        <w:t>☕ Coffee exclusivo</w:t>
      </w:r>
    </w:p>
    <w:p/>
    <w:p>
      <w:r>
        <w:t>💛 Transforme a vida de quem é importante para você.</w:t>
      </w:r>
    </w:p>
    <w:p/>
    <w:p>
      <w:r>
        <w:t>────────────────────────────────────────</w:t>
      </w:r>
    </w:p>
    <w:p>
      <w:r>
        <w:rPr>
          <w:b/>
        </w:rPr>
        <w:t>VARIAÇÃO CURTA — stories / status / DM</w:t>
      </w:r>
    </w:p>
    <w:p/>
    <w:p>
      <w:r>
        <w:t>Domingo, 20 de setembro, às 15h, eu estou em Criciúma.</w:t>
      </w:r>
    </w:p>
    <w:p>
      <w:r>
        <w:t>Uma tarde presencial e gratuita para entender por que o dinheiro não sobra mesmo você trabalhando muito — e sair de lá com o primeiro passo prático.</w:t>
      </w:r>
    </w:p>
    <w:p>
      <w:r>
        <w:t>Vaga garantida só pela inscrição: https://criciuma.institutoangelica.com.br</w:t>
      </w:r>
    </w:p>
    <w:p/>
    <w:p>
      <w:r>
        <w:t>────────────────────────────────────────</w:t>
      </w:r>
    </w:p>
    <w:p>
      <w:r>
        <w:rPr>
          <w:b/>
        </w:rPr>
        <w:t>VARIAÇÃO DE ABERTURA — teste A/B do gancho (troca só a 1ª linha)</w:t>
      </w:r>
    </w:p>
    <w:p/>
    <w:p>
      <w:r>
        <w:t>A) Você trabalha muito, mas o dinheiro nunca sobra. Não é falta de esforço.</w:t>
      </w:r>
    </w:p>
    <w:p>
      <w:r>
        <w:t>B) Tem uma conta que sempre aparece bem na hora em que o dinheiro ia sobrar. Toda vez.</w:t>
      </w:r>
    </w:p>
    <w:p>
      <w:r>
        <w:t>C) O jeito como você lida com dinheiro hoje foi aprendido antes dos 7 anos — e nunca foi revisto.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